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rFonts w:ascii="맑은 고딕" w:hAnsi="맑은 고딕" w:eastAsia="맑은 고딕"/>
          <w:b/>
          <w:color w:val="22252B"/>
          <w:sz w:val="40"/>
        </w:rPr>
        <w:t>OshiDesk · 데스크탑 오시(데스크 펫) 제작 안내</w:t>
      </w:r>
    </w:p>
    <w:p>
      <w:pPr>
        <w:spacing w:after="200"/>
      </w:pPr>
      <w:r>
        <w:rPr>
          <w:rFonts w:ascii="맑은 고딕" w:hAnsi="맑은 고딕" w:eastAsia="맑은 고딕"/>
          <w:i/>
          <w:color w:val="666B73"/>
          <w:sz w:val="22"/>
        </w:rPr>
        <w:t>함께해 주실 크리에이터님께 — 전용 데스크탑 오시를 만들기 위해 필요한 자료 안내</w:t>
      </w:r>
    </w:p>
    <w:p>
      <w:pPr>
        <w:pBdr>
          <w:bottom w:val="single" w:sz="12" w:space="1" w:color="4C6EF5"/>
        </w:pBdr>
        <w:spacing w:after="160"/>
      </w:pP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22252B"/>
          <w:sz w:val="21"/>
        </w:rPr>
        <w:t>OshiDesk는 PC 화면 위에서 살아 움직이는 작은 캐릭터(오시)를 띄워, 크리에이터님의 새 영상·방송·음원 소식을 팬의 바탕화면으로 바로 전해 주는 데스크탑 앱입니다.</w:t>
      </w: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아래 세 가지 자료를 모두 전달해 주시면 크리에이터님 전용 오시 앱을 제작해 드립니다. 오시가 살아 있는 것처럼 자연스럽게 움직이려면 아래 동작들이 모두 필요하니, 빠짐없이 준비해 주세요.</w:t>
      </w:r>
    </w:p>
    <w:p>
      <w:pPr>
        <w:spacing w:before="320" w:after="120"/>
      </w:pPr>
      <w:r>
        <w:rPr>
          <w:rFonts w:ascii="맑은 고딕" w:hAnsi="맑은 고딕" w:eastAsia="맑은 고딕"/>
          <w:b/>
          <w:color w:val="4C6EF5"/>
          <w:sz w:val="30"/>
        </w:rPr>
        <w:t>1. 캐릭터 애니메이션 (그림 리소스)</w:t>
      </w:r>
    </w:p>
    <w:p>
      <w:pPr>
        <w:spacing w:after="12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캐릭터가 움직이는 모습을 '동작별 연속 그림(프레임)'으로 준비해 주세요. 각 동작을 폴더로 나눠 한 장씩 이어지는 그림으로 주시면 되며, 아래 9가지 동작이 모두 필요합니다.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304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항목</w:t>
            </w:r>
          </w:p>
        </w:tc>
        <w:tc>
          <w:tcPr>
            <w:tcW w:type="dxa" w:w="3744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권장 사양</w:t>
            </w:r>
          </w:p>
        </w:tc>
        <w:tc>
          <w:tcPr>
            <w:tcW w:type="dxa" w:w="3456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비고</w:t>
            </w:r>
          </w:p>
        </w:tc>
      </w:tr>
      <w:tr>
        <w:tc>
          <w:tcPr>
            <w:tcW w:type="dxa" w:w="2304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20"/>
              </w:rPr>
              <w:t>파일 형식</w:t>
            </w:r>
          </w:p>
        </w:tc>
        <w:tc>
          <w:tcPr>
            <w:tcW w:type="dxa" w:w="3744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PNG (투명 배경)</w:t>
            </w:r>
          </w:p>
        </w:tc>
        <w:tc>
          <w:tcPr>
            <w:tcW w:type="dxa" w:w="345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WebP, GIF도 가능</w:t>
            </w:r>
          </w:p>
        </w:tc>
      </w:tr>
      <w:tr>
        <w:tc>
          <w:tcPr>
            <w:tcW w:type="dxa" w:w="2304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20"/>
              </w:rPr>
              <w:t>크기</w:t>
            </w:r>
          </w:p>
        </w:tc>
        <w:tc>
          <w:tcPr>
            <w:tcW w:type="dxa" w:w="3744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256 × 256 px (정사각형)</w:t>
            </w:r>
          </w:p>
        </w:tc>
        <w:tc>
          <w:tcPr>
            <w:tcW w:type="dxa" w:w="345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배경은 투명하게</w:t>
            </w:r>
          </w:p>
        </w:tc>
      </w:tr>
      <w:tr>
        <w:tc>
          <w:tcPr>
            <w:tcW w:type="dxa" w:w="2304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20"/>
              </w:rPr>
              <w:t>파일명</w:t>
            </w:r>
          </w:p>
        </w:tc>
        <w:tc>
          <w:tcPr>
            <w:tcW w:type="dxa" w:w="3744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idle_001, idle_002 …</w:t>
            </w:r>
          </w:p>
        </w:tc>
        <w:tc>
          <w:tcPr>
            <w:tcW w:type="dxa" w:w="345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숫자 3자리, 순서대로</w:t>
            </w:r>
          </w:p>
        </w:tc>
      </w:tr>
      <w:tr>
        <w:tc>
          <w:tcPr>
            <w:tcW w:type="dxa" w:w="2304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20"/>
              </w:rPr>
              <w:t>구성</w:t>
            </w:r>
          </w:p>
        </w:tc>
        <w:tc>
          <w:tcPr>
            <w:tcW w:type="dxa" w:w="3744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아래 9가지 동작 모두</w:t>
            </w:r>
          </w:p>
        </w:tc>
        <w:tc>
          <w:tcPr>
            <w:tcW w:type="dxa" w:w="345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20"/>
              </w:rPr>
              <w:t>동작별 최소 장수 충족</w:t>
            </w:r>
          </w:p>
        </w:tc>
      </w:tr>
    </w:tbl>
    <w:p>
      <w:pPr>
        <w:spacing w:after="40" w:line="300" w:lineRule="auto"/>
      </w:pPr>
      <w:r>
        <w:rPr>
          <w:rFonts w:ascii="맑은 고딕" w:hAnsi="맑은 고딕" w:eastAsia="맑은 고딕"/>
          <w:b w:val="0"/>
          <w:color w:val="22252B"/>
          <w:sz w:val="21"/>
        </w:rPr>
      </w:r>
    </w:p>
    <w:p>
      <w:pPr>
        <w:spacing w:after="80" w:line="300" w:lineRule="auto"/>
      </w:pPr>
      <w:r>
        <w:rPr>
          <w:rFonts w:ascii="맑은 고딕" w:hAnsi="맑은 고딕" w:eastAsia="맑은 고딕"/>
          <w:b/>
          <w:color w:val="22252B"/>
          <w:sz w:val="21"/>
        </w:rPr>
        <w:t>필요한 동작 목록 (아래 9가지 모두 필수, 최소 프레임 수 충족 필요)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592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동작</w:t>
            </w:r>
          </w:p>
        </w:tc>
        <w:tc>
          <w:tcPr>
            <w:tcW w:type="dxa" w:w="4896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설명</w:t>
            </w:r>
          </w:p>
        </w:tc>
        <w:tc>
          <w:tcPr>
            <w:tcW w:type="dxa" w:w="2016"/>
            <w:shd w:val="clear" w:fill="4C6EF5"/>
          </w:tcPr>
          <w:p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>최소 프레임 수</w:t>
            </w:r>
          </w:p>
        </w:tc>
      </w:tr>
      <w:tr>
        <w:tc>
          <w:tcPr>
            <w:tcW w:type="dxa" w:w="2592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기본 (idle)</w:t>
            </w:r>
          </w:p>
        </w:tc>
        <w:tc>
          <w:tcPr>
            <w:tcW w:type="dxa" w:w="489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가만히 있을 때의 기본 동작 (숨쉬기 등)</w:t>
            </w:r>
          </w:p>
        </w:tc>
        <w:tc>
          <w:tcPr>
            <w:tcW w:type="dxa" w:w="201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20장 이상</w:t>
            </w:r>
          </w:p>
        </w:tc>
      </w:tr>
      <w:tr>
        <w:tc>
          <w:tcPr>
            <w:tcW w:type="dxa" w:w="2592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걷기 (walk)</w:t>
            </w:r>
          </w:p>
        </w:tc>
        <w:tc>
          <w:tcPr>
            <w:tcW w:type="dxa" w:w="489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화면을 천천히 걸어 다니는 동작</w:t>
            </w:r>
          </w:p>
        </w:tc>
        <w:tc>
          <w:tcPr>
            <w:tcW w:type="dxa" w:w="201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6장 이상</w:t>
            </w:r>
          </w:p>
        </w:tc>
      </w:tr>
      <w:tr>
        <w:tc>
          <w:tcPr>
            <w:tcW w:type="dxa" w:w="2592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달리기 (run)</w:t>
            </w:r>
          </w:p>
        </w:tc>
        <w:tc>
          <w:tcPr>
            <w:tcW w:type="dxa" w:w="489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빠르게 이동하는 동작</w:t>
            </w:r>
          </w:p>
        </w:tc>
        <w:tc>
          <w:tcPr>
            <w:tcW w:type="dxa" w:w="201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6장 이상</w:t>
            </w:r>
          </w:p>
        </w:tc>
      </w:tr>
      <w:tr>
        <w:tc>
          <w:tcPr>
            <w:tcW w:type="dxa" w:w="2592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잠자기 (sleep)</w:t>
            </w:r>
          </w:p>
        </w:tc>
        <w:tc>
          <w:tcPr>
            <w:tcW w:type="dxa" w:w="489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오래 가만히 두면 잠드는 동작</w:t>
            </w:r>
          </w:p>
        </w:tc>
        <w:tc>
          <w:tcPr>
            <w:tcW w:type="dxa" w:w="201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16장 이상</w:t>
            </w:r>
          </w:p>
        </w:tc>
      </w:tr>
      <w:tr>
        <w:tc>
          <w:tcPr>
            <w:tcW w:type="dxa" w:w="2592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기지개 (stretch)</w:t>
            </w:r>
          </w:p>
        </w:tc>
        <w:tc>
          <w:tcPr>
            <w:tcW w:type="dxa" w:w="489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잠에서 깰 때 기지개 켜는 동작</w:t>
            </w:r>
          </w:p>
        </w:tc>
        <w:tc>
          <w:tcPr>
            <w:tcW w:type="dxa" w:w="201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12장 이상</w:t>
            </w:r>
          </w:p>
        </w:tc>
      </w:tr>
      <w:tr>
        <w:tc>
          <w:tcPr>
            <w:tcW w:type="dxa" w:w="2592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리액션 (listening)</w:t>
            </w:r>
          </w:p>
        </w:tc>
        <w:tc>
          <w:tcPr>
            <w:tcW w:type="dxa" w:w="489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소리가 날 때 반응하는 동작</w:t>
            </w:r>
          </w:p>
        </w:tc>
        <w:tc>
          <w:tcPr>
            <w:tcW w:type="dxa" w:w="201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12장 이상</w:t>
            </w:r>
          </w:p>
        </w:tc>
      </w:tr>
      <w:tr>
        <w:tc>
          <w:tcPr>
            <w:tcW w:type="dxa" w:w="2592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행복 (happy)</w:t>
            </w:r>
          </w:p>
        </w:tc>
        <w:tc>
          <w:tcPr>
            <w:tcW w:type="dxa" w:w="489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메뉴를 열었을 때 기뻐하는 동작</w:t>
            </w:r>
          </w:p>
        </w:tc>
        <w:tc>
          <w:tcPr>
            <w:tcW w:type="dxa" w:w="201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6장 이상</w:t>
            </w:r>
          </w:p>
        </w:tc>
      </w:tr>
      <w:tr>
        <w:tc>
          <w:tcPr>
            <w:tcW w:type="dxa" w:w="2592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잡힘 (grabbed)</w:t>
            </w:r>
          </w:p>
        </w:tc>
        <w:tc>
          <w:tcPr>
            <w:tcW w:type="dxa" w:w="489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마우스로 들어 올렸을 때 동작</w:t>
            </w:r>
          </w:p>
        </w:tc>
        <w:tc>
          <w:tcPr>
            <w:tcW w:type="dxa" w:w="201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6장 이상</w:t>
            </w:r>
          </w:p>
        </w:tc>
      </w:tr>
      <w:tr>
        <w:tc>
          <w:tcPr>
            <w:tcW w:type="dxa" w:w="2592"/>
            <w:shd w:val="clear" w:fill="F2F4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좌 (left)</w:t>
            </w:r>
          </w:p>
        </w:tc>
        <w:tc>
          <w:tcPr>
            <w:tcW w:type="dxa" w:w="489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왼쪽을 바라보는 포즈</w:t>
            </w:r>
          </w:p>
        </w:tc>
        <w:tc>
          <w:tcPr>
            <w:tcW w:type="dxa" w:w="2016"/>
            <w:shd w:val="clear" w:fill="F2F4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1장</w:t>
            </w:r>
          </w:p>
        </w:tc>
      </w:tr>
      <w:tr>
        <w:tc>
          <w:tcPr>
            <w:tcW w:type="dxa" w:w="2592"/>
            <w:shd w:val="clear" w:fill="FFFFFF"/>
          </w:tcPr>
          <w:p>
            <w:r>
              <w:rPr>
                <w:rFonts w:ascii="맑은 고딕" w:hAnsi="맑은 고딕" w:eastAsia="맑은 고딕"/>
                <w:b/>
                <w:color w:val="22252B"/>
                <w:sz w:val="19"/>
              </w:rPr>
              <w:t>우 (right)</w:t>
            </w:r>
          </w:p>
        </w:tc>
        <w:tc>
          <w:tcPr>
            <w:tcW w:type="dxa" w:w="489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오른쪽을 바라보는 포즈</w:t>
            </w:r>
          </w:p>
        </w:tc>
        <w:tc>
          <w:tcPr>
            <w:tcW w:type="dxa" w:w="2016"/>
            <w:shd w:val="clear" w:fill="FFFFFF"/>
          </w:tcPr>
          <w:p>
            <w:r>
              <w:rPr>
                <w:rFonts w:ascii="맑은 고딕" w:hAnsi="맑은 고딕" w:eastAsia="맑은 고딕"/>
                <w:b w:val="0"/>
                <w:color w:val="22252B"/>
                <w:sz w:val="19"/>
              </w:rPr>
              <w:t>1장</w:t>
            </w:r>
          </w:p>
        </w:tc>
      </w:tr>
    </w:tbl>
    <w:p>
      <w:pPr>
        <w:spacing w:after="40" w:line="300" w:lineRule="auto"/>
      </w:pPr>
      <w:r>
        <w:rPr>
          <w:rFonts w:ascii="맑은 고딕" w:hAnsi="맑은 고딕" w:eastAsia="맑은 고딕"/>
          <w:b w:val="0"/>
          <w:color w:val="22252B"/>
          <w:sz w:val="21"/>
        </w:rPr>
      </w: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666B73"/>
          <w:sz w:val="19"/>
        </w:rPr>
        <w:t>※ 위 최소 프레임 수는 자연스러운 움직임을 위한 필수 기준입니다. 이보다 적으면 동작이 끊겨 보여 사용할 수 없으니 반드시 충족해 주세요. 더 많이 그려 주시면 그만큼 부드러워집니다.</w:t>
      </w:r>
    </w:p>
    <w:p>
      <w:pPr>
        <w:spacing w:before="320" w:after="120"/>
      </w:pPr>
      <w:r>
        <w:rPr>
          <w:rFonts w:ascii="맑은 고딕" w:hAnsi="맑은 고딕" w:eastAsia="맑은 고딕"/>
          <w:b/>
          <w:color w:val="4C6EF5"/>
          <w:sz w:val="30"/>
        </w:rPr>
        <w:t>2. 앱 아이콘 (대표 이미지)</w:t>
      </w:r>
    </w:p>
    <w:p>
      <w:pPr>
        <w:spacing w:after="12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앱 설치 파일과 작업표시줄/메뉴바에 쓰일 대표 아이콘입니다. 고해상도 원본 한 장만 주시면 나머지 크기는 저희가 변환해 드립니다.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대표 아이콘 원본 1장 — PNG, 1024 × 1024 px, 정사각형 (투명 배경 권장)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캐릭터 얼굴/상징이 잘 보이는 단순한 구도면 작은 크기에서도 또렷합니다</w:t>
      </w:r>
    </w:p>
    <w:p>
      <w:pPr>
        <w:spacing w:before="320" w:after="120"/>
      </w:pPr>
      <w:r>
        <w:rPr>
          <w:rFonts w:ascii="맑은 고딕" w:hAnsi="맑은 고딕" w:eastAsia="맑은 고딕"/>
          <w:b/>
          <w:color w:val="4C6EF5"/>
          <w:sz w:val="30"/>
        </w:rPr>
        <w:t>3. 프로필 정보 &amp; SNS 링크</w:t>
      </w:r>
    </w:p>
    <w:p>
      <w:pPr>
        <w:spacing w:after="12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오시의 이름과, 팬에게 새 소식을 알릴 채널 링크들을 알려 주세요. 링크에 새 글/영상/방송이 올라오면 오시 위에 알림 배지가 표시됩니다.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표시 이름 (예: 헤비 / Hebi)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연결할 채널 링크 — 아래 플랫폼을 지원합니다</w:t>
      </w:r>
    </w:p>
    <w:p>
      <w:pPr>
        <w:spacing w:after="80"/>
        <w:ind w:left="720"/>
      </w:pPr>
      <w:r>
        <w:rPr>
          <w:rFonts w:ascii="맑은 고딕" w:hAnsi="맑은 고딕" w:eastAsia="맑은 고딕"/>
          <w:b/>
          <w:color w:val="4C6EF5"/>
          <w:sz w:val="20"/>
        </w:rPr>
        <w:t>YouTube · 치지직(chzzk) · Spotify · 멜론(Melon) · CIME · Weverse · X(트위터) · 네이버 카페 · 팬심(fancim)</w:t>
      </w: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666B73"/>
          <w:sz w:val="19"/>
        </w:rPr>
        <w:t>※ 위 목록에 없는 채널도 링크 버튼으로는 넣을 수 있습니다 (새 글 알림 배지는 제외). 원하시는 채널이 있다면 함께 말씀해 주세요.</w:t>
      </w: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22252B"/>
          <w:sz w:val="21"/>
        </w:rPr>
        <w:t>각 링크는 아래 정보를 함께 주시면 좋습니다.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표시할 버튼 이름 (예: 'YouTube 메인', '서브 채널')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정확한 URL 주소</w:t>
      </w:r>
    </w:p>
    <w:p>
      <w:pPr>
        <w:pStyle w:val="ListBullet"/>
        <w:spacing w:after="40"/>
      </w:pPr>
      <w:r>
        <w:rPr>
          <w:rFonts w:ascii="맑은 고딕" w:hAnsi="맑은 고딕" w:eastAsia="맑은 고딕"/>
          <w:color w:val="22252B"/>
          <w:sz w:val="21"/>
        </w:rPr>
        <w:t>표시 순서 (메뉴에 보여줄 우선순위)</w:t>
      </w:r>
    </w:p>
    <w:p>
      <w:pPr>
        <w:spacing w:before="320" w:after="120"/>
      </w:pPr>
      <w:r>
        <w:rPr>
          <w:rFonts w:ascii="맑은 고딕" w:hAnsi="맑은 고딕" w:eastAsia="맑은 고딕"/>
          <w:b/>
          <w:color w:val="4C6EF5"/>
          <w:sz w:val="28"/>
        </w:rPr>
        <w:t>전달 방법 &amp; 정리</w:t>
      </w:r>
    </w:p>
    <w:p>
      <w:pPr>
        <w:spacing w:after="12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아래처럼 폴더로 정리해 압축(zip) 후 보내 주시면 가장 빠르게 제작할 수 있습니다.</w:t>
      </w:r>
    </w:p>
    <w:p>
      <w:pPr>
        <w:spacing w:after="200"/>
        <w:ind w:left="432"/>
        <w:shd w:val="clear" w:fill="F2F4FF"/>
      </w:pPr>
      <w:r>
        <w:rPr>
          <w:rFonts w:ascii="Consolas" w:hAnsi="Consolas" w:eastAsia="맑은 고딕"/>
          <w:color w:val="22252B"/>
          <w:sz w:val="19"/>
        </w:rPr>
        <w:t>[크리에이터명]/</w:t>
        <w:br/>
        <w:t xml:space="preserve">  ├─ character/        (아래 9가지 동작 폴더 모두)</w:t>
        <w:br/>
        <w:t xml:space="preserve">  │     ├─ idle/       (idle_001.png, idle_002.png …)</w:t>
        <w:br/>
        <w:t xml:space="preserve">  │     ├─ walk/       (walk_001.png …)</w:t>
        <w:br/>
        <w:t xml:space="preserve">  │     ├─ run/   ├─ sleep/   ├─ stretch/</w:t>
        <w:br/>
        <w:t xml:space="preserve">  │     ├─ listening/   ├─ happy/   ├─ grabbed/</w:t>
        <w:br/>
        <w:t xml:space="preserve">  │     └─ left/   └─ right/</w:t>
        <w:br/>
        <w:t xml:space="preserve">  ├─ icon.png          (1024×1024 대표 아이콘)</w:t>
        <w:br/>
        <w:t xml:space="preserve">  └─ profile.txt       (이름 · SNS 링크 목록)</w:t>
      </w:r>
    </w:p>
    <w:p>
      <w:pPr>
        <w:spacing w:after="80" w:line="300" w:lineRule="auto"/>
      </w:pPr>
      <w:r>
        <w:rPr>
          <w:rFonts w:ascii="맑은 고딕" w:hAnsi="맑은 고딕" w:eastAsia="맑은 고딕"/>
          <w:b w:val="0"/>
          <w:color w:val="666B73"/>
          <w:sz w:val="21"/>
        </w:rPr>
        <w:t>9가지 동작이 모두, 그리고 각 동작이 최소 프레임 수를 채워야 오시가 완성됩니다. 빠진 동작이나 장수가 부족한 동작이 없는지 한 번 더 확인해 주세요. 제작 과정에서 궁금한 점이 있으시면 편하게 문의해 주세요. 감사합니다!</w:t>
      </w:r>
    </w:p>
    <w:p>
      <w:pPr>
        <w:spacing w:before="280"/>
        <w:jc w:val="right"/>
      </w:pPr>
      <w:r>
        <w:rPr>
          <w:rFonts w:ascii="맑은 고딕" w:hAnsi="맑은 고딕" w:eastAsia="맑은 고딕"/>
          <w:color w:val="666B73"/>
          <w:sz w:val="18"/>
        </w:rPr>
        <w:t>OshiDesk 제작팀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color w:val="2225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